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הסוד שבשם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שינוי שם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מידע, פרשנות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עברות השמות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גרינבוים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עץ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1935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חשב שאין לו מה לספר ואמר שזה 'סתם שם'.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בסיפור שסבא הוציא מהארון אלבום תמונות עבה.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המורה הסבירה זאת בכיתה.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גרינבוים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אילן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משפחה ביידיש שפירושו עץ ירוק)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(השם העברי החדש שנבחר)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(שפה שדיברו יהודים במזרח 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(החליפו שם לועזי בשם עברי)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הדברים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מבקשת מהתלמידים לברר את סיפור שם המשפחה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עומר שואל את סבא בערב על שם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סבא מספר על השם גרינבוים ועל העברתה לאילני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עומר מספר לכיתה את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השם שומר על המשמעות של השם הישן - עץ - אבל בעברית, שפת הבית החדש.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לא ידע את ההיסטוריה שמאחורי השם, וחשב שזה רק שם רגיל.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גרינבוים - עץ ירוק ביידיש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השם שומר על המשמעות הישנה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הפכו שם לועזי לשם 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לברר בבית את סיפור השם שלהם ולהביא לשיעור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בדוגמאות נוספות של עברות שמות מוכרות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ציור עץ משפחה כמשימת המשך יצירתית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הסוד שבשם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הסיפור מספר על עומר אילני, שמגלה מסבא שלו את ההיסטוריה המרתקת של שם המשפחה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אילן  ·  גרינבוים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שם המשפחה של אבא של סבא בפולין?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גרינבוים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ירוקשטיין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השם גרינבוים ביידיש?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עץ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שנה הגיע אבא של סבא לארץ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1935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1945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עומר חשב בהתחלה שיש לו הרבה מה לספר על שם המשפחה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סבא הראה לעומר אלבום תמונות עבה.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משפחות רבות עברתו את שמן כשהגיעו לארץ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שם המשפחה בפולין היה __________, ופירושו עץ ירוק ביידיש.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אבא של סבא בחר בשם אילני מהמילה __________, שפירושה עץ.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גרינבוים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שפה שדיברו יהודים במזרח 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אילני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משפחה ביידיש שפירושו עץ 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יידיש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החליפו שם לועזי בשם עברי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עברתו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השם העברי החדש שנבחר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הדברים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עומר שואל את סבא בערב על שם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עומר מספר לכיתה את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מבקשת מהתלמידים לברר את סיפור שם המשפחה שלהם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סבא מספר על השם גרינבוים ועל העברתה לאילני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בחר אבא של סבא דווקא בשם אילני?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עומר חשב בהתחלה שאין לו מה לספר על שמו?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שם המשפחה בפולין ומה פירושו?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אבא של סבא בחר בשם אילני?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הסוד שבשם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