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הסוד שבשם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שינוי שם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מידע, פרשנות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עברות השמות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גרינבוים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עץ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1935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על שם אבא של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ביקשה לברר את סיפור שם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חשב שאין לו מה לספר ואמר שזה 'סתם שם'.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בסיפור שסבא הוציא מהארון אלבום תמונות עבה.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המורה הסבירה זאת בכיתה.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כתב את שמות כל בני המשפחה על הענפים.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כמעט כל הידיים בכיתה הורמו.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גרינבוים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עברתו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משפחה ביידיש שפירושו עץ 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(השם העברי החדש שנבחר)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(שפה שדיברו יהודים במזרח 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(החליפו שם לועזי בשם עברי)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(השם השני של עומר)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הדברים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מבקשת מהתלמידים לברר את סיפור שם המשפחה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עומר שואל את סבא בערב על שם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סבא מספר על השם גרינבוים ועל העברתה לאילני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עומר מספר לכיתה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עומר מצייר עץ משפחה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השם שומר על המשמעות של השם הישן - עץ - אבל בעברית, שפת הבית החדש.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שגם אם השם השתנה לעברית, הקשר למשפחה ולעבר נשמר.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הוא לא ידע את ההיסטוריה שמאחורי השם, וחשב שזה רק שם רגיל.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מהמילה עברית - הפכו משהו לעברי.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גרינבוים - עץ ירוק ביידיש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השם שומר על המשמעות הישנה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הפכו שם לועזי לשם 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לברר בבית את סיפור השם שלהם ולהביא לשיעור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בדוגמאות נוספות של עברות שמות מוכרות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ציור עץ משפחה כמשימת המשך יצירתית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הסוד שבשם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מספר על ילד בשם עומר. הוא מגלה מהסבא שלו למה שם המשפחה שלהם השתנה.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גרינבוים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משפחה ביידיש, פירושו עץ ירוק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יידיש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שדיברו יהודים רבים במזרח אירופה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עברתו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החליפו שם לועזי בשם עברי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במובן מושאל - הקשר למשפחה ולעבר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מרכזי של העץ, גם מילה למשפחה מרכזית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חלקי העץ שיוצאים מהגזע, גם צאצאים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קראו למשפחה בפולין?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גרינבוים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עצמוני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השם הישן?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שדה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הוא עלה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1935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הבסיס לשם החדש?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בוים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גזע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נתן לעומר את השם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שם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שם אבא של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שם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המורה ביקשה מהתלמידים?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סיפרה על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ביקשה לברר את סיפור שם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לימדה על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ציירה עץ 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חשב בהתחלה שיש לו הרבה מה לספר על שם המשפחה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הראה לעומר אלבום תמונות עבה.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משפחות רבות עברתו את שמן כשהגיעו לארץ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צייר בבית עץ וכתב עליו רק את שמו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אף אחד בכיתה לא רצה לגלות את הסוד שבשם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המשפחה בפולין היה __________, ופירושו עץ ירוק ביידיש.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אבא של סבא בחר בשם אילני מהמילה __________, שפירושה עץ.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עומר צייר עץ וכתב על ה__________ את השם גרינבוים.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משפחות רבות __________ את שמן כשהגיעו לארץ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השם השני של עומר, צבי, ניתן לו על שם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גרינבוים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השם השני של עומר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אילני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שפה שדיברו יהודים במזרח 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יידיש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השם העברי החדש שנבחר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עברתו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משפחה ביידיש שפירושו עץ 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החליפו שם לועזי בשם עברי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הדברים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שואל את סבא בערב על שם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מספר על השם גרינבוים ועל העברתה לאילני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מספר לכיתה את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מצייר עץ משפחה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מבקשת מהתלמידים לברר את סיפור שם המשפחה שלהם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בחר אבא של סבא דווקא בשם אילני?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מבטא המשפט 'החלפנו את השפה, אבל לא את השורשים'?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עומר חשב בהתחלה שאין לו מה לספר על שמו?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מילה נוצר הפועל עברתו?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שם המשפחה בפולין ומה פירושו?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אבא של סבא בחר בשם אילני?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עברתו?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הסוד שבשם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