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שבשם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שינוי שם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מידע, פרשנות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עברות השמות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גרינבוים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על שם אבא של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ביקשה לברר את סיפור שם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חשב שאין לו מה לספר ואמר שזה 'סתם שם'.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בסיפור שסבא הוציא מהארון אלבום תמונות עבה.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המורה הסבירה זאת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כתב את שמות כל בני המשפחה על הענפים.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כמעט כל הידיים בכיתה הורמו.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גרינבוים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 משפחה ביידיש שפירושו עץ 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(השם העברי החדש שנבחר)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שדיברו יהודים במזרח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(החליפו שם לועזי בשם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(השם השני של עומר)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מבקשת מהתלמידים לברר את סיפור שם המשפחה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עומר שואל את סבא בערב על שם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 מספר על השם גרינבוים ועל העברתה לאילני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עומר מספר לכיתה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עומר מצייר עץ משפחה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השם שומר על המשמעות של השם הישן - עץ - אבל בעברית, שפת הבית החדש.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שגם אם השם השתנה לעברית, הקשר למשפחה ולעבר נשמר.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הוא לא ידע את ההיסטוריה שמאחורי השם, וחשב שזה רק שם רגיל.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מהמילה עברית - הפכו משהו לעברי.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גרינבוים - עץ ירוק ביידיש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השם שומר על המשמעות הישנה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הפכו שם לועזי לשם 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לברר בבית את סיפור השם שלהם ולהביא לשיעור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נוספות של עברות שמות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ציור עץ משפחה כמשימת המשך יצירתית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שבשם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עומר אילני, שמגלה מסבא שלו את ההיסטוריה המרתקת של שם המשפחה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שם המשפחה של אבא של סבא בפולין?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גרינבוים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השם גרינבוים ביידיש?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שדה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שנה הגיע אבא של סבא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מילה עברית נוצר השם אילני?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בוים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שם מי קיבל עומר את השם השני שלו, צבי?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אבא של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עשתה המורה בשיעור מולדת?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סיפרה על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ביקשה לברר את סיפור שם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לימדה על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ציירה עץ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חשב בהתחלה שיש לו הרבה מה לספר על שם המשפחה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הראה לעומר אלבום תמונות עבה.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רבות עברתו את שמן כשהגיעו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צייר בבית עץ וכתב עליו רק את שמו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בכיתה לא רצה לגלות את הסוד שבשם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המשפחה בפולין היה __________, ופירושו עץ ירוק ביידיש.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אבא של סבא בחר בשם אילני מהמילה __________, שפירושה עץ.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צייר עץ וכתב על ה__________ את השם גרינבוים.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משפחות רבות __________ את שמן כשהגיעו לארץ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השם השני של עומר, צבי, ניתן לו על שם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גרינבוים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החליפו שם לועזי בשם עברי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שדיברו יהודים במזרח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יידיש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השם השני של עומר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השם העברי החדש שנבחר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משפחה ביידיש שפירושו עץ 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הדברים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מספר לכיתה את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מצייר עץ משפחה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מבקשת מהתלמידים לברר את סיפור שם המשפחה 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מספר על השם גרינבוים ועל העברתה לאילני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שואל את סבא בערב על שם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בחר אבא של סבא דווקא בשם אילני?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מבטא המשפט 'החלפנו את השפה, אבל לא את השורשים'?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עומר חשב בהתחלה שאין לו מה לספר על שמו?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מילה נוצר הפועל עברתו?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שם המשפחה בפולין ומה פירושו?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אבא של סבא בחר בשם אילני?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עברתו?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הסוד שבשם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